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71C1B" w14:textId="77777777" w:rsidR="009E553F" w:rsidRDefault="00000000" w:rsidP="0023041F">
      <w:pPr>
        <w:spacing w:after="40"/>
        <w:jc w:val="center"/>
      </w:pPr>
      <w:r>
        <w:rPr>
          <w:b/>
          <w:sz w:val="36"/>
        </w:rPr>
        <w:t>MOJE BEZPEČNÁ CESTA DO ŠKOLY</w:t>
      </w:r>
    </w:p>
    <w:p w14:paraId="556E36E3" w14:textId="51001042" w:rsidR="009E553F" w:rsidRDefault="009E553F">
      <w:pPr>
        <w:spacing w:after="100"/>
      </w:pPr>
    </w:p>
    <w:tbl>
      <w:tblPr>
        <w:tblpPr w:leftFromText="141" w:rightFromText="141" w:vertAnchor="text" w:horzAnchor="page" w:tblpX="5383" w:tblpY="-29"/>
        <w:tblW w:w="0" w:type="auto"/>
        <w:tblLayout w:type="fixed"/>
        <w:tblLook w:val="04A0" w:firstRow="1" w:lastRow="0" w:firstColumn="1" w:lastColumn="0" w:noHBand="0" w:noVBand="1"/>
      </w:tblPr>
      <w:tblGrid>
        <w:gridCol w:w="2324"/>
        <w:gridCol w:w="2396"/>
      </w:tblGrid>
      <w:tr w:rsidR="0023041F" w14:paraId="333158E0" w14:textId="77777777" w:rsidTr="0023041F">
        <w:tc>
          <w:tcPr>
            <w:tcW w:w="2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0D9F8" w14:textId="77777777" w:rsidR="0023041F" w:rsidRDefault="0023041F" w:rsidP="0023041F">
            <w:pPr>
              <w:spacing w:before="40" w:after="40"/>
              <w:jc w:val="center"/>
            </w:pPr>
            <w:r>
              <w:rPr>
                <w:b/>
                <w:sz w:val="24"/>
              </w:rPr>
              <w:t>PĚŠKY</w:t>
            </w:r>
          </w:p>
        </w:tc>
        <w:tc>
          <w:tcPr>
            <w:tcW w:w="2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C6FEFE" w14:textId="77777777" w:rsidR="0023041F" w:rsidRDefault="0023041F" w:rsidP="0023041F">
            <w:pPr>
              <w:spacing w:before="40" w:after="40"/>
              <w:jc w:val="center"/>
            </w:pPr>
            <w:r>
              <w:rPr>
                <w:b/>
                <w:sz w:val="24"/>
              </w:rPr>
              <w:t>AUTEM</w:t>
            </w:r>
          </w:p>
        </w:tc>
      </w:tr>
    </w:tbl>
    <w:p w14:paraId="003C7EB5" w14:textId="77777777" w:rsidR="009E553F" w:rsidRDefault="00000000">
      <w:pPr>
        <w:spacing w:after="20"/>
      </w:pPr>
      <w:r>
        <w:rPr>
          <w:b/>
          <w:sz w:val="26"/>
        </w:rPr>
        <w:t>1. JAK SE DOSTÁVÁM DO ŠKOLY?</w:t>
      </w:r>
    </w:p>
    <w:p w14:paraId="2BD589DF" w14:textId="3A8EB2EB" w:rsidR="009E553F" w:rsidRDefault="009E553F">
      <w:pPr>
        <w:spacing w:after="40"/>
      </w:pPr>
    </w:p>
    <w:p w14:paraId="6F14B7E2" w14:textId="5B388964" w:rsidR="009E553F" w:rsidRDefault="00000000" w:rsidP="0023041F">
      <w:pPr>
        <w:spacing w:before="120" w:after="20"/>
      </w:pPr>
      <w:r>
        <w:rPr>
          <w:b/>
          <w:sz w:val="26"/>
        </w:rPr>
        <w:t>2. NAKRESLI SVOU CESTU</w:t>
      </w:r>
      <w:r w:rsidR="0023041F">
        <w:rPr>
          <w:b/>
          <w:sz w:val="26"/>
        </w:rPr>
        <w:t xml:space="preserve"> OD DOMU KE ŠKOLE.</w:t>
      </w:r>
      <w:r w:rsidR="0023041F">
        <w:t xml:space="preserve"> </w:t>
      </w:r>
      <w:proofErr w:type="spellStart"/>
      <w:r>
        <w:t>Nezapomeň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chodník</w:t>
      </w:r>
      <w:proofErr w:type="spellEnd"/>
      <w:r>
        <w:t xml:space="preserve">, </w:t>
      </w:r>
      <w:proofErr w:type="spellStart"/>
      <w:r>
        <w:t>silnici</w:t>
      </w:r>
      <w:proofErr w:type="spellEnd"/>
      <w:r>
        <w:t xml:space="preserve">, </w:t>
      </w:r>
      <w:proofErr w:type="spellStart"/>
      <w:proofErr w:type="gramStart"/>
      <w:r>
        <w:t>přechod</w:t>
      </w:r>
      <w:proofErr w:type="spellEnd"/>
      <w:r>
        <w:t>,</w:t>
      </w:r>
      <w:r w:rsidR="0023041F">
        <w:t>...</w:t>
      </w:r>
      <w:proofErr w:type="gramEnd"/>
    </w:p>
    <w:p w14:paraId="2983CB98" w14:textId="77777777" w:rsidR="0023041F" w:rsidRDefault="0023041F" w:rsidP="0023041F">
      <w:pPr>
        <w:spacing w:before="120" w:after="2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488"/>
      </w:tblGrid>
      <w:tr w:rsidR="009E553F" w14:paraId="7AF07CF9" w14:textId="77777777" w:rsidTr="0023041F">
        <w:trPr>
          <w:trHeight w:hRule="exact" w:val="2287"/>
          <w:jc w:val="center"/>
        </w:trPr>
        <w:tc>
          <w:tcPr>
            <w:tcW w:w="10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DF55F0" w14:textId="081D6359" w:rsidR="009E553F" w:rsidRPr="0023041F" w:rsidRDefault="0023041F">
            <w:pPr>
              <w:spacing w:before="20"/>
              <w:ind w:left="85"/>
              <w:rPr>
                <w:sz w:val="24"/>
                <w:szCs w:val="24"/>
              </w:rPr>
            </w:pPr>
            <w:r>
              <w:rPr>
                <w:b/>
                <w:sz w:val="21"/>
              </w:rPr>
              <w:t xml:space="preserve">                 </w:t>
            </w:r>
            <w:r w:rsidR="00000000" w:rsidRPr="0023041F">
              <w:rPr>
                <w:b/>
                <w:sz w:val="24"/>
                <w:szCs w:val="24"/>
              </w:rPr>
              <w:t xml:space="preserve">DOMOV                                             </w:t>
            </w:r>
            <w:r w:rsidRPr="0023041F">
              <w:rPr>
                <w:b/>
                <w:sz w:val="24"/>
                <w:szCs w:val="24"/>
              </w:rPr>
              <w:t xml:space="preserve">                                            </w:t>
            </w:r>
            <w:r w:rsidR="00000000" w:rsidRPr="0023041F">
              <w:rPr>
                <w:b/>
                <w:sz w:val="24"/>
                <w:szCs w:val="24"/>
              </w:rPr>
              <w:t>ŠKOLA</w:t>
            </w:r>
          </w:p>
        </w:tc>
      </w:tr>
    </w:tbl>
    <w:p w14:paraId="243FA109" w14:textId="77777777" w:rsidR="0023041F" w:rsidRDefault="0023041F" w:rsidP="0023041F">
      <w:pPr>
        <w:spacing w:before="120" w:after="20"/>
        <w:rPr>
          <w:b/>
          <w:sz w:val="26"/>
        </w:rPr>
      </w:pPr>
    </w:p>
    <w:p w14:paraId="0BBBA4EF" w14:textId="072B53EF" w:rsidR="009E553F" w:rsidRPr="0023041F" w:rsidRDefault="00000000" w:rsidP="0023041F">
      <w:pPr>
        <w:spacing w:before="120" w:after="20"/>
      </w:pPr>
      <w:r>
        <w:rPr>
          <w:b/>
          <w:sz w:val="26"/>
        </w:rPr>
        <w:t>3. DOPRAVNÍ DETEKTIV</w:t>
      </w:r>
      <w:r w:rsidR="0023041F">
        <w:t xml:space="preserve"> </w:t>
      </w:r>
      <w:r w:rsidRPr="0023041F">
        <w:rPr>
          <w:sz w:val="24"/>
          <w:szCs w:val="24"/>
        </w:rPr>
        <w:t xml:space="preserve">Ke </w:t>
      </w:r>
      <w:proofErr w:type="spellStart"/>
      <w:r w:rsidRPr="0023041F">
        <w:rPr>
          <w:sz w:val="24"/>
          <w:szCs w:val="24"/>
        </w:rPr>
        <w:t>každé</w:t>
      </w:r>
      <w:proofErr w:type="spellEnd"/>
      <w:r w:rsidRPr="0023041F">
        <w:rPr>
          <w:sz w:val="24"/>
          <w:szCs w:val="24"/>
        </w:rPr>
        <w:t xml:space="preserve"> </w:t>
      </w:r>
      <w:proofErr w:type="spellStart"/>
      <w:r w:rsidRPr="0023041F">
        <w:rPr>
          <w:sz w:val="24"/>
          <w:szCs w:val="24"/>
        </w:rPr>
        <w:t>situaci</w:t>
      </w:r>
      <w:proofErr w:type="spellEnd"/>
      <w:r w:rsidRPr="0023041F">
        <w:rPr>
          <w:sz w:val="24"/>
          <w:szCs w:val="24"/>
        </w:rPr>
        <w:t xml:space="preserve"> </w:t>
      </w:r>
      <w:proofErr w:type="spellStart"/>
      <w:r w:rsidRPr="0023041F">
        <w:rPr>
          <w:sz w:val="24"/>
          <w:szCs w:val="24"/>
        </w:rPr>
        <w:t>napiš</w:t>
      </w:r>
      <w:proofErr w:type="spellEnd"/>
      <w:r w:rsidRPr="0023041F">
        <w:rPr>
          <w:sz w:val="24"/>
          <w:szCs w:val="24"/>
        </w:rPr>
        <w:t xml:space="preserve"> </w:t>
      </w:r>
      <w:r w:rsidRPr="0023041F">
        <w:rPr>
          <w:b/>
          <w:bCs/>
          <w:sz w:val="24"/>
          <w:szCs w:val="24"/>
        </w:rPr>
        <w:t>S = správně</w:t>
      </w:r>
      <w:r w:rsidRPr="0023041F">
        <w:rPr>
          <w:sz w:val="24"/>
          <w:szCs w:val="24"/>
        </w:rPr>
        <w:t xml:space="preserve">, </w:t>
      </w:r>
      <w:proofErr w:type="spellStart"/>
      <w:r w:rsidRPr="0023041F">
        <w:rPr>
          <w:sz w:val="24"/>
          <w:szCs w:val="24"/>
        </w:rPr>
        <w:t>nebo</w:t>
      </w:r>
      <w:proofErr w:type="spellEnd"/>
      <w:r w:rsidRPr="0023041F">
        <w:rPr>
          <w:sz w:val="24"/>
          <w:szCs w:val="24"/>
        </w:rPr>
        <w:t xml:space="preserve"> </w:t>
      </w:r>
      <w:r w:rsidRPr="0023041F">
        <w:rPr>
          <w:b/>
          <w:bCs/>
          <w:sz w:val="24"/>
          <w:szCs w:val="24"/>
        </w:rPr>
        <w:t>C</w:t>
      </w:r>
      <w:r w:rsidR="0023041F" w:rsidRPr="0023041F">
        <w:rPr>
          <w:b/>
          <w:bCs/>
          <w:sz w:val="24"/>
          <w:szCs w:val="24"/>
        </w:rPr>
        <w:t>H</w:t>
      </w:r>
      <w:r w:rsidRPr="0023041F">
        <w:rPr>
          <w:b/>
          <w:bCs/>
          <w:sz w:val="24"/>
          <w:szCs w:val="24"/>
        </w:rPr>
        <w:t xml:space="preserve"> = </w:t>
      </w:r>
      <w:proofErr w:type="spellStart"/>
      <w:r w:rsidRPr="0023041F">
        <w:rPr>
          <w:b/>
          <w:bCs/>
          <w:sz w:val="24"/>
          <w:szCs w:val="24"/>
        </w:rPr>
        <w:t>chyba</w:t>
      </w:r>
      <w:proofErr w:type="spellEnd"/>
      <w:r w:rsidRPr="0023041F">
        <w:rPr>
          <w:sz w:val="24"/>
          <w:szCs w:val="24"/>
        </w:rPr>
        <w:t>.</w:t>
      </w:r>
    </w:p>
    <w:p w14:paraId="5549C3BB" w14:textId="77777777" w:rsidR="0023041F" w:rsidRPr="0023041F" w:rsidRDefault="0023041F">
      <w:pPr>
        <w:spacing w:after="20"/>
        <w:rPr>
          <w:sz w:val="24"/>
          <w:szCs w:val="24"/>
        </w:rPr>
      </w:pPr>
    </w:p>
    <w:p w14:paraId="38B31DFF" w14:textId="77777777" w:rsidR="009E553F" w:rsidRPr="0023041F" w:rsidRDefault="00000000" w:rsidP="0023041F">
      <w:pPr>
        <w:spacing w:line="360" w:lineRule="auto"/>
        <w:rPr>
          <w:sz w:val="24"/>
          <w:szCs w:val="24"/>
        </w:rPr>
      </w:pPr>
      <w:r w:rsidRPr="0023041F">
        <w:rPr>
          <w:sz w:val="24"/>
          <w:szCs w:val="24"/>
        </w:rPr>
        <w:t>_____ Anička přechází silnici mezi zaparkovanými auty.</w:t>
      </w:r>
    </w:p>
    <w:p w14:paraId="4A9289D1" w14:textId="77777777" w:rsidR="009E553F" w:rsidRPr="0023041F" w:rsidRDefault="00000000" w:rsidP="0023041F">
      <w:pPr>
        <w:spacing w:line="360" w:lineRule="auto"/>
        <w:rPr>
          <w:sz w:val="24"/>
          <w:szCs w:val="24"/>
        </w:rPr>
      </w:pPr>
      <w:r w:rsidRPr="0023041F">
        <w:rPr>
          <w:sz w:val="24"/>
          <w:szCs w:val="24"/>
        </w:rPr>
        <w:t>_____ Honzík se před přechodem zastaví a rozhlédne se.</w:t>
      </w:r>
    </w:p>
    <w:p w14:paraId="72BDEA05" w14:textId="77777777" w:rsidR="009E553F" w:rsidRPr="0023041F" w:rsidRDefault="00000000" w:rsidP="0023041F">
      <w:pPr>
        <w:spacing w:line="360" w:lineRule="auto"/>
        <w:rPr>
          <w:sz w:val="24"/>
          <w:szCs w:val="24"/>
        </w:rPr>
      </w:pPr>
      <w:r w:rsidRPr="0023041F">
        <w:rPr>
          <w:sz w:val="24"/>
          <w:szCs w:val="24"/>
        </w:rPr>
        <w:t>_____ Tomáš jde po chodníku a dává pozor na okolí.</w:t>
      </w:r>
    </w:p>
    <w:p w14:paraId="7AC7AC83" w14:textId="77777777" w:rsidR="009E553F" w:rsidRPr="0023041F" w:rsidRDefault="00000000" w:rsidP="0023041F">
      <w:pPr>
        <w:spacing w:line="360" w:lineRule="auto"/>
        <w:rPr>
          <w:sz w:val="24"/>
          <w:szCs w:val="24"/>
        </w:rPr>
      </w:pPr>
      <w:r w:rsidRPr="0023041F">
        <w:rPr>
          <w:sz w:val="24"/>
          <w:szCs w:val="24"/>
        </w:rPr>
        <w:t>_____ Klárka při přecházení kouká do mobilu.</w:t>
      </w:r>
    </w:p>
    <w:p w14:paraId="5932109B" w14:textId="77777777" w:rsidR="009E553F" w:rsidRPr="0023041F" w:rsidRDefault="00000000" w:rsidP="0023041F">
      <w:pPr>
        <w:spacing w:line="360" w:lineRule="auto"/>
        <w:rPr>
          <w:sz w:val="24"/>
          <w:szCs w:val="24"/>
        </w:rPr>
      </w:pPr>
      <w:r w:rsidRPr="0023041F">
        <w:rPr>
          <w:sz w:val="24"/>
          <w:szCs w:val="24"/>
        </w:rPr>
        <w:t>_____ Matěj jede na kole a má přilbu.</w:t>
      </w:r>
    </w:p>
    <w:p w14:paraId="3E74960E" w14:textId="77777777" w:rsidR="0023041F" w:rsidRDefault="0023041F">
      <w:pPr>
        <w:spacing w:before="120" w:after="20"/>
        <w:rPr>
          <w:b/>
          <w:sz w:val="26"/>
        </w:rPr>
      </w:pPr>
    </w:p>
    <w:p w14:paraId="70B3DD40" w14:textId="7A0C21AB" w:rsidR="009E553F" w:rsidRDefault="00000000">
      <w:pPr>
        <w:spacing w:before="120" w:after="20"/>
        <w:rPr>
          <w:b/>
          <w:sz w:val="26"/>
        </w:rPr>
      </w:pPr>
      <w:r>
        <w:rPr>
          <w:b/>
          <w:sz w:val="26"/>
        </w:rPr>
        <w:t>4. DOPLŇ PRAVIDLA</w:t>
      </w:r>
    </w:p>
    <w:p w14:paraId="227EEB0D" w14:textId="77777777" w:rsidR="0023041F" w:rsidRDefault="0023041F">
      <w:pPr>
        <w:spacing w:before="120" w:after="20"/>
      </w:pPr>
    </w:p>
    <w:p w14:paraId="3F3BE360" w14:textId="77777777" w:rsidR="009E553F" w:rsidRPr="0023041F" w:rsidRDefault="00000000" w:rsidP="0023041F">
      <w:pPr>
        <w:spacing w:line="360" w:lineRule="auto"/>
        <w:rPr>
          <w:sz w:val="24"/>
          <w:szCs w:val="24"/>
        </w:rPr>
      </w:pPr>
      <w:r w:rsidRPr="0023041F">
        <w:rPr>
          <w:sz w:val="24"/>
          <w:szCs w:val="24"/>
        </w:rPr>
        <w:t>Na chodníku chodím ________________________________________________.</w:t>
      </w:r>
    </w:p>
    <w:p w14:paraId="778EAEEA" w14:textId="77777777" w:rsidR="009E553F" w:rsidRPr="0023041F" w:rsidRDefault="00000000" w:rsidP="0023041F">
      <w:pPr>
        <w:spacing w:line="360" w:lineRule="auto"/>
        <w:rPr>
          <w:sz w:val="24"/>
          <w:szCs w:val="24"/>
        </w:rPr>
      </w:pPr>
      <w:r w:rsidRPr="0023041F">
        <w:rPr>
          <w:sz w:val="24"/>
          <w:szCs w:val="24"/>
        </w:rPr>
        <w:t>Před přechodem se _________________________________________________.</w:t>
      </w:r>
    </w:p>
    <w:p w14:paraId="37D94D6E" w14:textId="77777777" w:rsidR="009E553F" w:rsidRPr="0023041F" w:rsidRDefault="00000000" w:rsidP="0023041F">
      <w:pPr>
        <w:spacing w:line="360" w:lineRule="auto"/>
        <w:rPr>
          <w:sz w:val="24"/>
          <w:szCs w:val="24"/>
        </w:rPr>
      </w:pPr>
      <w:r w:rsidRPr="0023041F">
        <w:rPr>
          <w:sz w:val="24"/>
          <w:szCs w:val="24"/>
        </w:rPr>
        <w:t>Na kole mám na hlavě ______________________________________________.</w:t>
      </w:r>
    </w:p>
    <w:p w14:paraId="267C49B5" w14:textId="37BE68D6" w:rsidR="009E553F" w:rsidRPr="0023041F" w:rsidRDefault="0023041F" w:rsidP="0023041F">
      <w:pPr>
        <w:spacing w:line="360" w:lineRule="auto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4DAA444" wp14:editId="221A7212">
            <wp:simplePos x="0" y="0"/>
            <wp:positionH relativeFrom="column">
              <wp:posOffset>881380</wp:posOffset>
            </wp:positionH>
            <wp:positionV relativeFrom="paragraph">
              <wp:posOffset>378460</wp:posOffset>
            </wp:positionV>
            <wp:extent cx="4968000" cy="3312000"/>
            <wp:effectExtent l="0" t="0" r="4445" b="3175"/>
            <wp:wrapTight wrapText="bothSides">
              <wp:wrapPolygon edited="0">
                <wp:start x="0" y="0"/>
                <wp:lineTo x="0" y="21496"/>
                <wp:lineTo x="21536" y="21496"/>
                <wp:lineTo x="2153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malovánky dopravních značek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68000" cy="331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000" w:rsidRPr="0023041F">
        <w:rPr>
          <w:sz w:val="24"/>
          <w:szCs w:val="24"/>
        </w:rPr>
        <w:t xml:space="preserve">Na </w:t>
      </w:r>
      <w:proofErr w:type="spellStart"/>
      <w:r w:rsidR="00000000" w:rsidRPr="0023041F">
        <w:rPr>
          <w:sz w:val="24"/>
          <w:szCs w:val="24"/>
        </w:rPr>
        <w:t>červenou</w:t>
      </w:r>
      <w:proofErr w:type="spellEnd"/>
      <w:r w:rsidR="00000000" w:rsidRPr="0023041F">
        <w:rPr>
          <w:sz w:val="24"/>
          <w:szCs w:val="24"/>
        </w:rPr>
        <w:t xml:space="preserve"> </w:t>
      </w:r>
      <w:proofErr w:type="spellStart"/>
      <w:r w:rsidR="00000000" w:rsidRPr="0023041F">
        <w:rPr>
          <w:sz w:val="24"/>
          <w:szCs w:val="24"/>
        </w:rPr>
        <w:t>na</w:t>
      </w:r>
      <w:proofErr w:type="spellEnd"/>
      <w:r w:rsidR="00000000" w:rsidRPr="0023041F">
        <w:rPr>
          <w:sz w:val="24"/>
          <w:szCs w:val="24"/>
        </w:rPr>
        <w:t xml:space="preserve"> </w:t>
      </w:r>
      <w:proofErr w:type="spellStart"/>
      <w:r w:rsidR="00000000" w:rsidRPr="0023041F">
        <w:rPr>
          <w:sz w:val="24"/>
          <w:szCs w:val="24"/>
        </w:rPr>
        <w:t>semaforu</w:t>
      </w:r>
      <w:proofErr w:type="spellEnd"/>
      <w:r w:rsidR="00000000" w:rsidRPr="0023041F">
        <w:rPr>
          <w:sz w:val="24"/>
          <w:szCs w:val="24"/>
        </w:rPr>
        <w:t xml:space="preserve"> ___________________________________________.</w:t>
      </w:r>
    </w:p>
    <w:p w14:paraId="092468F1" w14:textId="33FACE05" w:rsidR="009E553F" w:rsidRDefault="009E553F">
      <w:pPr>
        <w:keepLines/>
        <w:spacing w:before="80"/>
        <w:jc w:val="center"/>
      </w:pPr>
    </w:p>
    <w:sectPr w:rsidR="009E553F" w:rsidSect="00034616">
      <w:pgSz w:w="11906" w:h="16838"/>
      <w:pgMar w:top="397" w:right="652" w:bottom="312" w:left="652" w:header="170" w:footer="17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43957248">
    <w:abstractNumId w:val="8"/>
  </w:num>
  <w:num w:numId="2" w16cid:durableId="2127502041">
    <w:abstractNumId w:val="6"/>
  </w:num>
  <w:num w:numId="3" w16cid:durableId="460880870">
    <w:abstractNumId w:val="5"/>
  </w:num>
  <w:num w:numId="4" w16cid:durableId="515115910">
    <w:abstractNumId w:val="4"/>
  </w:num>
  <w:num w:numId="5" w16cid:durableId="571089982">
    <w:abstractNumId w:val="7"/>
  </w:num>
  <w:num w:numId="6" w16cid:durableId="1236161381">
    <w:abstractNumId w:val="3"/>
  </w:num>
  <w:num w:numId="7" w16cid:durableId="1459450612">
    <w:abstractNumId w:val="2"/>
  </w:num>
  <w:num w:numId="8" w16cid:durableId="956716846">
    <w:abstractNumId w:val="1"/>
  </w:num>
  <w:num w:numId="9" w16cid:durableId="1139878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3041F"/>
    <w:rsid w:val="0029639D"/>
    <w:rsid w:val="00326F90"/>
    <w:rsid w:val="00385624"/>
    <w:rsid w:val="009E553F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4A0D31"/>
  <w14:defaultImageDpi w14:val="300"/>
  <w15:docId w15:val="{34ECFC1A-D25C-4D66-9696-906DB4604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C693F"/>
    <w:pPr>
      <w:spacing w:after="0" w:line="240" w:lineRule="auto"/>
    </w:pPr>
    <w:rPr>
      <w:rFonts w:ascii="Arial" w:eastAsia="Arial" w:hAnsi="Arial"/>
      <w:sz w:val="23"/>
    </w:rPr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d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893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Jitka  Bémová</cp:lastModifiedBy>
  <cp:revision>2</cp:revision>
  <cp:lastPrinted>2026-10-13T13:52:00Z</cp:lastPrinted>
  <dcterms:created xsi:type="dcterms:W3CDTF">2026-10-13T13:56:00Z</dcterms:created>
  <dcterms:modified xsi:type="dcterms:W3CDTF">2026-10-13T13:56:00Z</dcterms:modified>
  <cp:category/>
</cp:coreProperties>
</file>